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Perpustakaan Digital Layanan Primer Islami</w:t>
      </w:r>
    </w:p>
    <w:p>
      <w:r>
        <w:t>Jl. Kerinci Raya No. 9, Malang 65138</w:t>
      </w:r>
    </w:p>
    <w:p>
      <w:r>
        <w:t>Buku Tematik B18 dari Klaster Digital — Ekosistem Buku Pendidikan Dokter Keluarga Layanan Primer Berbasis Al-Qur'an dan Hadits</w:t>
      </w:r>
    </w:p>
    <w:p>
      <w:r>
        <w:t>B18 — Kompetensi Budaya dalam Konseling Perubahan Gaya Hidup — Perspektif Al-Qur'an dan Hadits</w:t>
      </w:r>
    </w:p>
    <w:p>
      <w:r>
        <w:t>Disusun oleh</w:t>
      </w:r>
    </w:p>
    <w:p>
      <w:r>
        <w:t>Dr.dr. H. Budi Siswanto, Sp.OG., Subsp.Obginsos., SH., S.Kom.</w:t>
      </w:r>
    </w:p>
    <w:p>
      <w:r>
        <w:t>2026</w:t>
      </w:r>
    </w:p>
    <w:p>
      <w:pPr>
        <w:pStyle w:val="Heading1"/>
      </w:pPr>
      <w:r>
        <w:t>BAB I — Mengapa Kompetensi Budaya Menentukan Keberhasilan Konseling</w:t>
      </w:r>
    </w:p>
    <w:p>
      <w:pPr>
        <w:pStyle w:val="Heading2"/>
      </w:pPr>
      <w:r>
        <w:t>Rekomendasi Identik, Penerimaan Berbeda</w:t>
      </w:r>
    </w:p>
    <w:p>
      <w:r>
        <w:t>Rekomendasi gaya hidup yang identik dapat diterima sangat berbeda oleh pasien dengan latar belakang budaya, ekonomi, dan kepercayaan berbeda. Anjuran yang mengabaikan pantangan budaya/agama berisiko tidak pernah dijalankan meski secara medis benar.</w:t>
      </w:r>
    </w:p>
    <w:p>
      <w:pPr>
        <w:pStyle w:val="Heading2"/>
      </w:pPr>
      <w:r>
        <w:t>Kompetensi Budaya sebagai Keterampilan Klinis</w:t>
      </w:r>
    </w:p>
    <w:p>
      <w:r>
        <w:t>Kompetensi budaya bukan sekadar 'sopan santun terhadap perbedaan', melainkan keterampilan klinis yang secara langsung memengaruhi efektivitas terapi — pasien yang merasa nilai budayanya tidak dihormati cenderung tidak terbuka tentang hambatan nyata yang dihadapi.</w:t>
      </w:r>
    </w:p>
    <w:p>
      <w:pPr>
        <w:pStyle w:val="Heading1"/>
      </w:pPr>
      <w:r>
        <w:t>BAB II — Kerangka National CLAS Standards</w:t>
      </w:r>
    </w:p>
    <w:p>
      <w:pPr>
        <w:pStyle w:val="Heading2"/>
      </w:pPr>
      <w:r>
        <w:t>Struktur 15 Standar dan Tiga Tema</w:t>
      </w:r>
    </w:p>
    <w:p>
      <w:r>
        <w:rPr>
          <w:b/>
        </w:rPr>
        <w:t xml:space="preserve">📖 LANDASAN AL-QUR'AN — </w:t>
      </w:r>
      <w:r>
        <w:t xml:space="preserve">"Wahai manusia, sesungguhnya Kami menciptakan kamu dari seorang laki-laki dan seorang perempuan, kemudian Kami jadikan kamu berbangsa-bangsa dan bersuku-suku supaya kamu saling mengenal." (QS. Al-Hujurat (49): 13, Terjemahan Kemenag RI). </w:t>
      </w:r>
      <w:r>
        <w:rPr>
          <w:i/>
        </w:rPr>
        <w:t>Menjadi dasar utama kompetensi budaya dalam konseling: keragaman latar belakang pasien adalah hal yang wajar dan perlu dipahami, bukan dihakimi.</w:t>
      </w:r>
    </w:p>
    <w:p>
      <w:r>
        <w:t>National CLAS Standards dari HHS Office of Minority Health menyediakan kerangka 15 standar, dengan 1 Prinsip Utama (Standar 1) sebagai fondasi, diikuti tiga tema: Tata Kelola-Kepemimpinan-Tenaga Kerja; Komunikasi dan Bantuan Bahasa; serta Keterlibatan, Peningkatan Berkelanjutan, dan Akuntabilitas.</w:t>
      </w:r>
    </w:p>
    <w:p>
      <w:pPr>
        <w:pStyle w:val="Heading2"/>
      </w:pPr>
      <w:r>
        <w:t>Relevansi Universal bagi Konteks Indonesia</w:t>
      </w:r>
    </w:p>
    <w:p>
      <w:r>
        <w:t>Meski dikembangkan dalam konteks Amerika Serikat, prinsip intinya — layanan yang responsif terhadap keyakinan, praktik, dan kebutuhan bahasa/budaya pasien — bersifat universal dan relevan diadaptasi untuk keberagaman etnis, agama, dan tradisi lokal Indonesia.</w:t>
      </w:r>
    </w:p>
    <w:p>
      <w:pPr>
        <w:pStyle w:val="Heading1"/>
      </w:pPr>
      <w:r>
        <w:t>BAB III — Mengenali Bias Implisit dalam Konseling Gaya Hidup</w:t>
      </w:r>
    </w:p>
    <w:p>
      <w:pPr>
        <w:pStyle w:val="Heading2"/>
      </w:pPr>
      <w:r>
        <w:t>Asumsi Tidak Sadar tentang Pasien</w:t>
      </w:r>
    </w:p>
    <w:p>
      <w:r>
        <w:t>Dokter, seperti manusia pada umumnya, membawa asumsi tidak sadar tentang pasien berdasarkan penampilan, latar belakang etnis, atau status sosial-ekonomi. Asumsi ini dapat memengaruhi rekomendasi yang diberikan.</w:t>
      </w:r>
    </w:p>
    <w:p>
      <w:pPr>
        <w:pStyle w:val="Heading2"/>
      </w:pPr>
      <w:r>
        <w:t>Kesadaran Diri sebagai Langkah Pertama</w:t>
      </w:r>
    </w:p>
    <w:p>
      <w:r>
        <w:t>Kesadaran diri aktif terhadap bias implisit — bukan penyangkalan bahwa bias ada — merupakan langkah pertama membangun kompetensi budaya yang otentik, bukan performatif.</w:t>
      </w:r>
    </w:p>
    <w:p>
      <w:pPr>
        <w:pStyle w:val="Heading1"/>
      </w:pPr>
      <w:r>
        <w:t>BAB IV — Negosiasi Rekomendasi dengan Kepercayaan Tradisional/Agama</w:t>
      </w:r>
    </w:p>
    <w:p>
      <w:pPr>
        <w:pStyle w:val="Heading2"/>
      </w:pPr>
      <w:r>
        <w:t>Interaksi Kepercayaan dengan Rekomendasi Medis</w:t>
      </w:r>
    </w:p>
    <w:p>
      <w:r>
        <w:t>Banyak pasien Indonesia memegang kepercayaan tradisional atau agama yang berinteraksi dengan rekomendasi medis — pantangan makanan tertentu, keyakinan tentang penyebab penyakit, atau preferensi pengobatan tradisional bersamaan dengan medis konvensional.</w:t>
      </w:r>
    </w:p>
    <w:p>
      <w:pPr>
        <w:pStyle w:val="Heading2"/>
      </w:pPr>
      <w:r>
        <w:t>Bernegosiasi Mencari Titik Temu</w:t>
      </w:r>
    </w:p>
    <w:p>
      <w:r>
        <w:t>Pendekatan yang efektif bukan menghakimi atau mengabaikan kepercayaan ini, melainkan bernegosiasi mencari titik temu — menyesuaikan rekomendasi nutrisi agar tetap sesuai pantangan agama tanpa mengorbankan substansi terapeutik.</w:t>
      </w:r>
    </w:p>
    <w:p>
      <w:pPr>
        <w:pStyle w:val="Heading1"/>
      </w:pPr>
      <w:r>
        <w:t>BAB V — Hambatan Bahasa dan Literasi Kesehatan</w:t>
      </w:r>
    </w:p>
    <w:p>
      <w:pPr>
        <w:pStyle w:val="Heading2"/>
      </w:pPr>
      <w:r>
        <w:t>Keberagaman Linguistik Indonesia</w:t>
      </w:r>
    </w:p>
    <w:p>
      <w:r>
        <w:t>Perbedaan bahasa daerah dan tingkat literasi kesehatan yang bervariasi merupakan hambatan nyata komunikasi di Indonesia yang beragam secara linguistik.</w:t>
      </w:r>
    </w:p>
    <w:p>
      <w:pPr>
        <w:pStyle w:val="Heading2"/>
      </w:pPr>
      <w:r>
        <w:t>Teknik Teach-Back</w:t>
      </w:r>
    </w:p>
    <w:p>
      <w:r>
        <w:t>Teknik teach-back — meminta pasien menjelaskan kembali dengan kata-kata sendiri apa yang dipahami dari instruksi dokter — merupakan cara sederhana memverifikasi pemahaman lintas hambatan bahasa dan literasi.</w:t>
      </w:r>
    </w:p>
    <w:p>
      <w:pPr>
        <w:pStyle w:val="Heading1"/>
      </w:pPr>
      <w:r>
        <w:t>BAB VI — Kompetensi Budaya dalam Konteks Ekonomi</w:t>
      </w:r>
    </w:p>
    <w:p>
      <w:pPr>
        <w:pStyle w:val="Heading2"/>
      </w:pPr>
      <w:r>
        <w:t>Rekomendasi yang Realistis Secara Ekonomi</w:t>
      </w:r>
    </w:p>
    <w:p>
      <w:r>
        <w:t>Rekomendasi gaya hidup yang mengasumsikan akses ekonomi tertentu tanpa mempertimbangkan realitas ekonomi pasien akan gagal diikuti bukan karena kurangnya niat, melainkan karena tidak realistis.</w:t>
      </w:r>
    </w:p>
    <w:p>
      <w:r>
        <w:rPr>
          <w:b/>
        </w:rPr>
        <w:t xml:space="preserve">🕌 LANDASAN HADITS — </w:t>
      </w:r>
      <w:r>
        <w:t xml:space="preserve">"Tidak ada keutamaan bagi orang Arab atas orang non-Arab, dan tidak pula sebaliknya, kecuali dengan takwa." (Khutbah Wada', diriwayatkan antara lain dalam Musnad Ahmad, dinilai hasan oleh sebagian ulama hadits). </w:t>
      </w:r>
      <w:r>
        <w:rPr>
          <w:i/>
        </w:rPr>
        <w:t>Menjadi dasar kesetaraan perlakuan terhadap pasien lintas suku dan latar belakang budaya dalam layanan konseling.</w:t>
      </w:r>
    </w:p>
    <w:p>
      <w:pPr>
        <w:pStyle w:val="Heading2"/>
      </w:pPr>
      <w:r>
        <w:t>Sensitivitas Kelas Sosial-Ekonomi</w:t>
      </w:r>
    </w:p>
    <w:p>
      <w:r>
        <w:t>Kompetensi budaya yang matang mencakup sensitivitas kelas sosial-ekonomi — menanyakan secara terbuka hambatan praktis pasien dan menyesuaikan rekomendasi agar layak dijalankan dalam kondisi nyata mereka.</w:t>
      </w:r>
    </w:p>
    <w:p>
      <w:pPr>
        <w:pStyle w:val="Heading1"/>
      </w:pPr>
      <w:r>
        <w:t>BAB VII — Membangun Kepercayaan Lintas Perbedaan</w:t>
      </w:r>
    </w:p>
    <w:p>
      <w:pPr>
        <w:pStyle w:val="Heading2"/>
      </w:pPr>
      <w:r>
        <w:t>Konsistensi dan Kejujuran</w:t>
      </w:r>
    </w:p>
    <w:p>
      <w:r>
        <w:t>Kepercayaan pasien terhadap dokter yang berbeda latar belakang budaya dibangun melalui konsistensi, kejujuran mengakui keterbatasan pemahaman budaya tertentu, dan kesediaan bertanya alih-alih berasumsi.</w:t>
      </w:r>
    </w:p>
    <w:p>
      <w:pPr>
        <w:pStyle w:val="Heading1"/>
      </w:pPr>
      <w:r>
        <w:t>BAB VIII — Penjenjangan Capaian Pembelajaran Tahun I–IV</w:t>
      </w:r>
    </w:p>
    <w:p>
      <w:r>
        <w:t>Penjenjangan berikut merupakan usulan kerangka penahapan berbasis pola umum pendidikan spesialis empat tahun, disesuaikan dengan komponen kompetensi ke-12 pada Tabel 10 Kepkonsil No. HK.01.02/KKI/1318/2026.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160"/>
        <w:gridCol w:w="2160"/>
        <w:gridCol w:w="2160"/>
        <w:gridCol w:w="2160"/>
      </w:tblGrid>
      <w:tr>
        <w:tc>
          <w:tcPr>
            <w:tcW w:type="dxa" w:w="2160"/>
          </w:tcPr>
          <w:p>
            <w:r>
              <w:t>Tahun</w:t>
            </w:r>
          </w:p>
        </w:tc>
        <w:tc>
          <w:tcPr>
            <w:tcW w:type="dxa" w:w="2160"/>
          </w:tcPr>
          <w:p>
            <w:r>
              <w:t>Fokus Belajar Utama</w:t>
            </w:r>
          </w:p>
        </w:tc>
        <w:tc>
          <w:tcPr>
            <w:tcW w:type="dxa" w:w="2160"/>
          </w:tcPr>
          <w:p>
            <w:r>
              <w:t>Tingkat Kemandirian</w:t>
            </w:r>
          </w:p>
        </w:tc>
        <w:tc>
          <w:tcPr>
            <w:tcW w:type="dxa" w:w="2160"/>
          </w:tcPr>
          <w:p>
            <w:r>
              <w:t>Capaian yang Diharapkan</w:t>
            </w:r>
          </w:p>
        </w:tc>
      </w:tr>
      <w:tr>
        <w:tc>
          <w:tcPr>
            <w:tcW w:type="dxa" w:w="2160"/>
          </w:tcPr>
          <w:p>
            <w:r>
              <w:t>Tahun I</w:t>
            </w:r>
          </w:p>
        </w:tc>
        <w:tc>
          <w:tcPr>
            <w:tcW w:type="dxa" w:w="2160"/>
          </w:tcPr>
          <w:p>
            <w:r>
              <w:t>Mengenali kerangka dasar National CLAS Standards dan mempraktikkan teknik teach-back di bawah observasi.</w:t>
            </w:r>
          </w:p>
        </w:tc>
        <w:tc>
          <w:tcPr>
            <w:tcW w:type="dxa" w:w="2160"/>
          </w:tcPr>
          <w:p>
            <w:r>
              <w:t>Setiap kasus dijalani bersama pembimbing secara langsung.</w:t>
            </w:r>
          </w:p>
        </w:tc>
        <w:tc>
          <w:tcPr>
            <w:tcW w:type="dxa" w:w="2160"/>
          </w:tcPr>
          <w:p>
            <w:r>
              <w:t>Mampu memverifikasi pemahaman pasien lintas hambatan bahasa dengan supervisi penuh.</w:t>
            </w:r>
          </w:p>
        </w:tc>
      </w:tr>
      <w:tr>
        <w:tc>
          <w:tcPr>
            <w:tcW w:type="dxa" w:w="2160"/>
          </w:tcPr>
          <w:p>
            <w:r>
              <w:t>Tahun II</w:t>
            </w:r>
          </w:p>
        </w:tc>
        <w:tc>
          <w:tcPr>
            <w:tcW w:type="dxa" w:w="2160"/>
          </w:tcPr>
          <w:p>
            <w:r>
              <w:t>Menerapkan negosiasi rekomendasi dengan kepercayaan tradisional/agama dengan bimbingan tidak langsung.</w:t>
            </w:r>
          </w:p>
        </w:tc>
        <w:tc>
          <w:tcPr>
            <w:tcW w:type="dxa" w:w="2160"/>
          </w:tcPr>
          <w:p>
            <w:r>
              <w:t>Mulai berjalan sendiri, tetap berkonsultasi saat menemui keraguan.</w:t>
            </w:r>
          </w:p>
        </w:tc>
        <w:tc>
          <w:tcPr>
            <w:tcW w:type="dxa" w:w="2160"/>
          </w:tcPr>
          <w:p>
            <w:r>
              <w:t>Mampu menyesuaikan rekomendasi gaya hidup dengan konteks budaya dan ekonomi pasien.</w:t>
            </w:r>
          </w:p>
        </w:tc>
      </w:tr>
      <w:tr>
        <w:tc>
          <w:tcPr>
            <w:tcW w:type="dxa" w:w="2160"/>
          </w:tcPr>
          <w:p>
            <w:r>
              <w:t>Tahun III</w:t>
            </w:r>
          </w:p>
        </w:tc>
        <w:tc>
          <w:tcPr>
            <w:tcW w:type="dxa" w:w="2160"/>
          </w:tcPr>
          <w:p>
            <w:r>
              <w:t>Mengintegrasikan kompetensi budaya pada kasus kompleks (multi-hambatan bahasa, ekonomi, kepercayaan).</w:t>
            </w:r>
          </w:p>
        </w:tc>
        <w:tc>
          <w:tcPr>
            <w:tcW w:type="dxa" w:w="2160"/>
          </w:tcPr>
          <w:p>
            <w:r>
              <w:t>Sebagian besar mandiri, dengan pemantauan berkala dari pembimbing.</w:t>
            </w:r>
          </w:p>
        </w:tc>
        <w:tc>
          <w:tcPr>
            <w:tcW w:type="dxa" w:w="2160"/>
          </w:tcPr>
          <w:p>
            <w:r>
              <w:t>Mampu membangun kepercayaan dan menegosiasikan rencana perawatan lintas perbedaan budaya signifikan.</w:t>
            </w:r>
          </w:p>
        </w:tc>
      </w:tr>
      <w:tr>
        <w:tc>
          <w:tcPr>
            <w:tcW w:type="dxa" w:w="2160"/>
          </w:tcPr>
          <w:p>
            <w:r>
              <w:t>Tahun IV</w:t>
            </w:r>
          </w:p>
        </w:tc>
        <w:tc>
          <w:tcPr>
            <w:tcW w:type="dxa" w:w="2160"/>
          </w:tcPr>
          <w:p>
            <w:r>
              <w:t>Membimbing peserta didik junior dalam kompetensi budaya; menjadi rujukan internal wahana.</w:t>
            </w:r>
          </w:p>
        </w:tc>
        <w:tc>
          <w:tcPr>
            <w:tcW w:type="dxa" w:w="2160"/>
          </w:tcPr>
          <w:p>
            <w:r>
              <w:t>Mandiri penuh dan mulai mengambil peran sebagai mentor junior.</w:t>
            </w:r>
          </w:p>
        </w:tc>
        <w:tc>
          <w:tcPr>
            <w:tcW w:type="dxa" w:w="2160"/>
          </w:tcPr>
          <w:p>
            <w:r>
              <w:t>Mampu mengaudit kepekaan budaya dalam konseling gaya hidup oleh peserta didik lain.</w:t>
            </w:r>
          </w:p>
        </w:tc>
      </w:tr>
    </w:tbl>
    <w:p>
      <w:pPr>
        <w:pStyle w:val="Heading1"/>
      </w:pPr>
      <w:r>
        <w:t>BAB IX — Evaluasi Diri dan Pertanyaan Reflektif</w:t>
      </w:r>
    </w:p>
    <w:p>
      <w:r>
        <w:t>• Apakah saya menyadari kemungkinan bias implisit saya sendiri terhadap pasien dari latar belakang berbeda?</w:t>
      </w:r>
    </w:p>
    <w:p>
      <w:r>
        <w:t>• Apakah saya secara aktif menanyakan hambatan budaya/ekonomi sebelum memberi rekomendasi gaya hidup?</w:t>
      </w:r>
    </w:p>
    <w:p>
      <w:r>
        <w:t>• Apakah saya menggunakan teknik teach-back untuk memverifikasi pemahaman pasien?</w:t>
      </w:r>
    </w:p>
    <w:p>
      <w:r>
        <w:t>• Apakah saya dapat menegosiasikan rekomendasi medis dengan kepercayaan tradisional/agama pasien?</w:t>
      </w:r>
    </w:p>
    <w:p>
      <w:r>
        <w:t>• Apakah saya nyaman bertanya langsung tentang kebiasaan/kepercayaan pasien alih-alih berasumsi?</w:t>
      </w:r>
    </w:p>
    <w:p>
      <w:pPr>
        <w:pStyle w:val="Heading1"/>
      </w:pPr>
      <w:r>
        <w:t>BAB X — Penutup</w:t>
      </w:r>
    </w:p>
    <w:p>
      <w:r>
        <w:t>Kompetensi budaya bukan topik tambahan di luar kedokteran gaya hidup (B17) — keduanya harus berjalan bersamaan, karena rekomendasi gaya hidup yang secara teknis benar namun tidak berkompetensi budaya cenderung berakhir sebagai instruksi yang tidak pernah dijalankan.</w:t>
      </w:r>
    </w:p>
    <w:p>
      <w:r>
        <w:t>Buku ini disusun merujuk pada standar nasional (Tabel 10 Kepkonsil No. HK.01.02/KKI/1318/2026, komponen kompetensi ke-12) dan standar internasional dari HHS Office of Minority Health — Think Cultural Health / National CLAS Standards (https://thinkculturalhealth.hhs.gov/clas/standards).</w:t>
      </w:r>
    </w:p>
    <w:p>
      <w:r>
        <w:t>Glosarium</w:t>
      </w:r>
    </w:p>
    <w:p>
      <w:r>
        <w:t>National CLAS Standards</w:t>
      </w:r>
    </w:p>
    <w:p>
      <w:r>
        <w:t>Kerangka 15 standar layanan yang responsif budaya dan bahasa dari HHS Office of Minority Health, terdiri atas 1 Prinsip Utama dan 3 tema.</w:t>
      </w:r>
    </w:p>
    <w:p>
      <w:r>
        <w:t>Bias implisit</w:t>
      </w:r>
    </w:p>
    <w:p>
      <w:r>
        <w:t>Asumsi atau prasangka tidak sadar yang memengaruhi penilaian dan keputusan klinis terhadap pasien.</w:t>
      </w:r>
    </w:p>
    <w:p>
      <w:r>
        <w:t>Teknik teach-back</w:t>
      </w:r>
    </w:p>
    <w:p>
      <w:r>
        <w:t>Metode verifikasi pemahaman dengan meminta pasien menjelaskan kembali instruksi dengan kata-kata sendiri.</w:t>
      </w:r>
    </w:p>
    <w:p>
      <w:r>
        <w:t>Daftar Pustaka</w:t>
      </w:r>
    </w:p>
    <w:p>
      <w:r>
        <w:t>1. U.S. Department of Health and Human Services, Office of Minority Health. Think Cultural Health — National CLAS Standards. https://thinkculturalhealth.hhs.gov/clas/standards</w:t>
      </w:r>
    </w:p>
    <w:p>
      <w:pPr>
        <w:pStyle w:val="Heading1"/>
      </w:pPr>
      <w:r>
        <w:t>INTEGRASI — NILAI DI BALIK PRAKTIK KLINIS</w:t>
      </w:r>
    </w:p>
    <w:p>
      <w:r>
        <w:t>Kompetensi budaya dalam konseling adalah wujud nyata rahmatan lil 'alamin — melayani setiap pasien dengan penghormatan yang sama, terlepas dari latar belakang sukunya.</w:t>
      </w:r>
    </w:p>
    <w:p>
      <w:r>
        <w:rPr>
          <w:i/>
        </w:rPr>
        <w:t>Dalil Al-Qur'an dan Hadits dalam dokumen ini disajikan sebagai penguat nilai, bukan sebagai fatwa hukum; rujuk ulama/ahli untuk persoalan hukum fikih spesifik. Naskah ini merupakan draf awal dan memerlukan tinjauan ulama serta tenaga kesehatan sebelum digunakan sebagai rujukan resmi.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