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Perpustakaan Digital Layanan Primer Islami</w:t>
      </w:r>
    </w:p>
    <w:p>
      <w:r>
        <w:t>Jl. Kerinci Raya No. 9, Malang 65138</w:t>
      </w:r>
    </w:p>
    <w:p>
      <w:r>
        <w:t>Pedoman Program P5 dari Klaster Digital — Ekosistem Buku Pendidikan Dokter Keluarga Layanan Primer Berbasis Al-Qur'an dan Hadits</w:t>
      </w:r>
    </w:p>
    <w:p>
      <w:r>
        <w:t>P5 — Keputusan Pimpinan Wahana Pendidikan — Pengesahan Pedoman Pendidikan Klinis — Perspektif Al-Qur'an dan Hadits</w:t>
      </w:r>
    </w:p>
    <w:p>
      <w:r>
        <w:t>Disusun oleh</w:t>
      </w:r>
    </w:p>
    <w:p>
      <w:r>
        <w:t>Dr.dr. H. Budi Siswanto, Sp.OG., Subsp.Obginsos., SH., S.Kom.</w:t>
      </w:r>
    </w:p>
    <w:p>
      <w:r>
        <w:t>2026</w:t>
      </w:r>
    </w:p>
    <w:p>
      <w:pPr>
        <w:pStyle w:val="Heading1"/>
      </w:pPr>
      <w:r>
        <w:t>BAB I — TUJUAN DOKUMEN</w:t>
      </w:r>
    </w:p>
    <w:p>
      <w:r>
        <w:t>Dokumen ini menyediakan kerangka baku Keputusan Pimpinan Wahana Pendidikan (Puskesmas/klinik pratama pendidikan) untuk mengesahkan secara formal Dokumen 1 (Pedoman Pendidikan Klinis), Dokumen 2 (SPO Supervisi dan Eskalasi Klinis), Dokumen 3 (Kode Etik dan Disiplin), dan Dokumen 4 (Matriks Kewenangan Klinis Bertingkat) sebagai kebijakan resmi yang berlaku di wahana pendidikan bersangkutan.</w:t>
      </w:r>
    </w:p>
    <w:p>
      <w:r>
        <w:rPr>
          <w:b/>
        </w:rPr>
        <w:t xml:space="preserve">⚠ TINJAU TENAGA KESEHATAN — </w:t>
      </w:r>
      <w:r>
        <w:rPr>
          <w:i/>
        </w:rPr>
        <w:t>kerangka ini adalah templat umum; nomor keputusan, tanggal, dan pejabat penandatangan wajib diisi sesuai administrasi masing-masing wahana pendidikan sebelum digunakan sebagai dokumen legal definitif.</w:t>
      </w:r>
    </w:p>
    <w:p>
      <w:pPr>
        <w:pStyle w:val="Heading1"/>
      </w:pPr>
      <w:r>
        <w:t>BAB II — KERANGKA BAKU KEPUTUSAN</w:t>
      </w:r>
    </w:p>
    <w:p>
      <w:r>
        <w:rPr>
          <w:b/>
        </w:rPr>
        <w:t xml:space="preserve">📖 LANDASAN AL-QUR'AN — </w:t>
      </w:r>
      <w:r>
        <w:t xml:space="preserve">"Dan (bagi) orang-orang yang menerima (mematuhi) seruan Tuhannya dan mendirikan shalat, sedang urusan mereka (diputuskan) dengan musyawarah antara mereka." (QS. Asy-Syura (42): 38, Terjemahan Kemenag RI). </w:t>
      </w:r>
      <w:r>
        <w:rPr>
          <w:i/>
        </w:rPr>
        <w:t>Menjadi dasar filosofis bagi proses pengesahan pedoman dan keputusan strategis oleh pimpinan wahana pendidikan agar melalui musyawarah, bukan keputusan sepihak.</w:t>
      </w:r>
    </w:p>
    <w:p>
      <w:r>
        <w:t>Setiap Keputusan Pimpinan Wahana Pendidikan yang mengesahkan dokumen kebijakan Klaster Layanan Primer sebaiknya memuat komponen berikut, mengikuti kaidah penyusunan keputusan administratif yang lazim berlaku di instansi kesehatan pemerintah maupun swasta.</w:t>
      </w:r>
    </w:p>
    <w:p>
      <w:pPr>
        <w:pStyle w:val="ListBullet"/>
      </w:pPr>
      <w:r>
        <w:t>Konsiderans (Menimbang) — alasan perlunya pengesahan pedoman pendidikan klinis.</w:t>
      </w:r>
    </w:p>
    <w:p>
      <w:pPr>
        <w:pStyle w:val="ListBullet"/>
      </w:pPr>
      <w:r>
        <w:t>Dasar Hukum (Mengingat) — peraturan perundang-undangan dan Peraturan Konsil Kedokteran Indonesia Nomor 65 Tahun 2019 yang menjadi rujukan.</w:t>
      </w:r>
    </w:p>
    <w:p>
      <w:pPr>
        <w:pStyle w:val="ListBullet"/>
      </w:pPr>
      <w:r>
        <w:t>Diktum (Memutuskan) — pernyataan pengesahan Dokumen 1 sampai Dokumen 4 sebagai kebijakan resmi wahana pendidikan.</w:t>
      </w:r>
    </w:p>
    <w:p>
      <w:pPr>
        <w:pStyle w:val="ListBullet"/>
      </w:pPr>
      <w:r>
        <w:t>Ketentuan Penutup — masa berlaku dan mekanisme peninjauan ulang.</w:t>
      </w:r>
    </w:p>
    <w:p>
      <w:pPr>
        <w:pStyle w:val="Heading1"/>
      </w:pPr>
      <w:r>
        <w:t>BAB III — KEWAJIBAN SOSIALISASI PASCA-PENGESAHAN</w:t>
      </w:r>
    </w:p>
    <w:p>
      <w:r>
        <w:t>Setelah pengesahan, pimpinan wahana pendidikan wajib mensosialisasikan keempat dokumen kebijakan kepada seluruh Dokter Pembimbing Klinis, staf terkait, dan peserta didik yang akan menjalani pendidikan di wahana tersebut, sebagai bagian dari orientasi awal peserta didik baru.</w:t>
      </w:r>
    </w:p>
    <w:p>
      <w:pPr>
        <w:pStyle w:val="Heading1"/>
      </w:pPr>
      <w:r>
        <w:t>BAB IV — MASA BERLAKU DAN PENINJAUAN ULANG</w:t>
      </w:r>
    </w:p>
    <w:p>
      <w:r>
        <w:t>Keputusan pengesahan berlaku sejak tanggal ditetapkan dan ditinjau ulang secara berkala, sekurang-kurangnya setiap terjadi perubahan pada Standar Pendidikan Profesi yang berlaku atau berdasarkan hasil evaluasi implementasi oleh unit fungsional pendidikan.</w:t>
      </w:r>
    </w:p>
    <w:p>
      <w:pPr>
        <w:pStyle w:val="Heading1"/>
      </w:pPr>
      <w:r>
        <w:t>BAB V — PENUTUP</w:t>
      </w:r>
    </w:p>
    <w:p>
      <w:r>
        <w:t>Dokumen ini melengkapi kerangka kebijakan Klaster Layanan Primer dengan memastikan Dokumen 1 hingga Dokumen 4 memiliki kekuatan mengikat formal di tingkat wahana pendidikan, bukan sekadar panduan informal.</w:t>
      </w:r>
    </w:p>
    <w:p>
      <w:pPr>
        <w:pStyle w:val="Heading2"/>
      </w:pPr>
      <w:r>
        <w:t>Glosarium</w:t>
      </w:r>
    </w:p>
    <w:p>
      <w:r>
        <w:t>Konsiderans — Bagian keputusan yang memuat alasan/pertimbangan diterbitkannya keputusan.</w:t>
      </w:r>
    </w:p>
    <w:p>
      <w:r>
        <w:t>Diktum — Bagian keputusan yang memuat isi/amar keputusan yang ditetapkan.</w:t>
      </w:r>
    </w:p>
    <w:p>
      <w:pPr>
        <w:pStyle w:val="Heading2"/>
      </w:pPr>
      <w:r>
        <w:t>Daftar Pustaka</w:t>
      </w:r>
    </w:p>
    <w:p>
      <w:r>
        <w:t>Konsil Kedokteran Indonesia. Peraturan Konsil Kedokteran Indonesia Nomor 65 Tahun 2019.</w:t>
      </w:r>
    </w:p>
    <w:p>
      <w:r>
        <w:t>Dokumen 1-4, Klaster Layanan Primer, Ekosistem Buku SpKKLP.</w:t>
      </w:r>
    </w:p>
    <w:p>
      <w:pPr>
        <w:pStyle w:val="Heading1"/>
      </w:pPr>
      <w:r>
        <w:t>INTEGRASI — NILAI DI BALIK PRAKTIK KLINIS</w:t>
      </w:r>
    </w:p>
    <w:p>
      <w:r>
        <w:t>Keputusan pimpinan wahana pendidikan yang baik lahir dari musyawarah yang melibatkan semua pihak terkait — prinsip yang menjaga keadilan dan penerimaan bersama atas setiap kebijakan.</w:t>
      </w:r>
    </w:p>
    <w:p>
      <w:r>
        <w:rPr>
          <w:i/>
        </w:rPr>
        <w:t>Dalil Al-Qur'an dan Hadits dalam dokumen ini disajikan sebagai penguat nilai, bukan sebagai fatwa hukum; rujuk ulama/ahli untuk persoalan hukum fikih spesifik. Naskah ini merupakan draf awal dan memerlukan tinjauan ulama serta tenaga kesehatan sebelum digunakan sebagai rujukan resmi.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